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שקורה אחרי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מנדט, אחוז חסימה, קואליציה ואופוזיציה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ומתי קמה ממשלה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המינימום של קולות שרשימה צריכה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כשהכנסת מביעה בה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61 חברי כנסת או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מדגם הוא רק הערכה ויכול לטעות, התוצאות הרשמיות מתפרסמות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רשימה שלא עברה את אחוז החסימה לא נכנסת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קורה כשהכנסת החדשה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וכל השאר הן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קולות חיילים נספרים אחר כך בוועדת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קואליציה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 וסופרים את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(מקום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(המינימום הדרוש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(הרשימות שתומכות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(הרשימות שלא 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(הצבעת הכנסת שמאשרת את הממשלה החדשה)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הקלפיות נסגרות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מפרסמים את התוצאות הרשמיות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את המנדטים בין הרשימות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הכנסת החדשה מצהירה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הנשיא מטיל את התפקיד להרכיב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הכנסת מביעה אמון בממשלה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שרוב חברי הכנסת יתמכו בממשלה, כדי שהיא תוכל לעבוד ולקבל החלטות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המינימום של קולות שרשימה צריכה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נשיא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כשהכנסת מביעה בה אמון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שבעת השלבים בסדר ולבקש מהתלמידים לסדר אותם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מדגם לתוצאה רשמית, כי 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דיון קצר על כך שלפעמים אף אחד לא מצליח להרכיב ממשלה והולכים שוב לבחירות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שמצביעים בקלפי, מתחיל תהליך ארוך עד שקמה ממשלה חדשה. בדף הזה נתרגל את השלבים השונים: ספירת הקולות, חלוקת המנדטים, המשא ומתן והבעת האמון בכנסת.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מיד אחרי שהקלפיות נסגרות?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הממשלה מתחילה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הנשיא נואם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 מצהירה אמונים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אחוז החסימה?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השרים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השעה שבה הקלפיות נסגרות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המינימום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המנדטים של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מטיל את התפקיד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הממשלה החדשה קמה?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 בליל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כשהנשיא מחלק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כשהכנסת מביעה בה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מקומות (מנדטים)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תוך כמה ימים מפרסמים את התוצאות הרשמיות?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ושמונה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הרוב שבדרך כלל מנסים להשיג כדי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 חברי כנסת או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המדגם בטלוויזיה הוא התוצאה הרשמית של הבחירות.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 שקיבל את התפקיד להרכיב ממשלה יש 28 יום, ואפשר להאריך עד 14 יום נוספים.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שלא עברה את אחוז החסימה נכנסת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הכנסת מצהירים אמונים למדינת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הקואליציה היא הרשימות שתומכות בממשלה.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קולות של חיילים נספרים מיד כשהקלפיות נסגרות.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בכנסת יש __________ מקומות, וכל מקום נקרא מנדט.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אחוז החסימה הוא שלושה אחוזים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הרשימות שתומכות בממשלה נקראות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הרשימות שלא תומכות בממשלה נקראות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נשיא המדינה מטיל את התפקיד בתוך __________ ימים מפרסום התוצאות.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הכנסת החדשה מתכנסת בתוך __________ יום מיום הבחירות.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הרשימות שתומכות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המינימום הדרוש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מצביעים וסופרים את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הרשימות שלא 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הצבעת הכנסת שמאשרת את הממשלה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אחד בכנסת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התפקיד להרכיב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מביעה אמון בממשלה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מפרסמים את התוצאות הרשמיות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המנדטים בין הרשימות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הקלפיות נסגרות וסופרים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מצהירה אמונים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מנסים להגיע לרוב של 61 חברי כנסת או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מטיל את התפקיד להרכיב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הממשלה החדשה קמה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בחרנו –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