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בחרנו –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התהליך שקורה אחרי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מנדט, אחוז חסימה, קואליציה ואופוזיציה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ומתי קמה ממשלה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המינימום של קולות שרשימה צריכה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נשיא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מדגם הוא רק הערכה ויכול לטעות, התוצאות הרשמיות מתפרסמות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רשימה שלא עברה את אחוז החסימה לא נכנסת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שבו מצביעים וסופרים את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(המינימום הדרוש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(הרשימות שתומכות בממשלה)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הקלפיות נסגרות וסופרים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מפרסמים את התוצאות הרשמיות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את המנדטים בין הרשימות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הכנסת החדשה מצהירה אמונים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המינימום של קולות שרשימה צריכה כדי להיכנס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נשיא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כשהכנסת מביעה בה אמון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שבעת השלבים בסדר ולבקש מהתלמידים לסדר אותם בעצמם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מדגם לתוצאה רשמית, כי זו טעות נפוצה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דיון קצר על כך שלפעמים אף אחד לא מצליח להרכיב ממשלה והולכים שוב לבחירות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בחרנו –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אחרי שמצביעים בקלפי, מתחיל תהליך ארוך עד שקמה ממשלה חדשה. בדף הזה נתרגל את השלבים השונים: ספירת הקולות, חלוקת המנדטים, המשא ומתן והבעת האמון בכנסת.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רבע  ·  120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מיד אחרי שהקלפיות נסגרות?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הממשלה מתחילה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הנשיא נואם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אחוז החסימה?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השרים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השעה שבה הקלפיות נסגרות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המינימום של קולות שרשימה צריכה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מטיל את התפקיד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יושב ראש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המדגם בטלוויזיה הוא התוצאה הרשמית של הבחירות.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למי שקיבל את התפקיד להרכיב ממשלה יש 28 יום, ואפשר להאריך עד 14 יום נוספים.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רשימה שלא עברה את אחוז החסימה נכנסת לכנסת.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בכנסת יש __________ מקומות, וכל מקום נקרא מנדט.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אחוז החסימה הוא שלושה אחוזים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המינימום הדרוש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הרשימות שתומכות בממשלה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המקום שבו מצביעים וסופרים את הקולות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הכנסת החדשה מצהירה אמונים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את המנדטים בין הרשימות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מפרסמים את התוצאות הרשמיות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הקלפיות נסגרות וסופרים את הקולות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אחוז חסימה?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מטיל את התפקיד להרכיב 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בחרנו – מה עושים אחר כך?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